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5100"/>
        <w:gridCol w:w="5100"/>
      </w:tblGrid>
      <w:tr>
        <w:tc>
          <w:tcPr>
            <w:tcW w:type="dxa" w:w="5329"/>
          </w:tcPr>
          <w:p>
            <w:r>
              <w:rPr>
                <w:rFonts w:ascii="Arial" w:hAnsi="Arial"/>
                <w:b/>
                <w:color w:val="1F2933"/>
                <w:sz w:val="44"/>
              </w:rPr>
              <w:t>FAKTURA</w:t>
            </w:r>
            <w:r>
              <w:rPr>
                <w:rFonts w:ascii="Arial" w:hAnsi="Arial"/>
                <w:color w:val="6B7280"/>
                <w:sz w:val="20"/>
              </w:rPr>
              <w:t xml:space="preserve">  — daňový doklad</w:t>
            </w:r>
          </w:p>
        </w:tc>
        <w:tc>
          <w:tcPr>
            <w:tcW w:type="dxa" w:w="4535"/>
          </w:tcPr>
          <w:p>
            <w:pPr>
              <w:spacing w:after="20"/>
              <w:jc w:val="right"/>
            </w:pPr>
            <w:r>
              <w:rPr>
                <w:rFonts w:ascii="Arial" w:hAnsi="Arial"/>
                <w:color w:val="6B7280"/>
                <w:sz w:val="15"/>
              </w:rPr>
              <w:t>Číslo faktury</w:t>
            </w:r>
          </w:p>
          <w:p>
            <w:pPr>
              <w:spacing w:after="120"/>
              <w:jc w:val="right"/>
            </w:pPr>
            <w:r>
              <w:rPr>
                <w:rFonts w:ascii="Arial" w:hAnsi="Arial"/>
                <w:color w:val="1F2933"/>
                <w:sz w:val="22"/>
              </w:rPr>
              <w:t>[ číslo z vaší číselné řady ]</w:t>
            </w:r>
          </w:p>
        </w:tc>
      </w:tr>
    </w:tbl>
    <w:tbl>
      <w:tblPr>
        <w:tblW w:type="auto" w:w="0"/>
        <w:tblLayout w:type="fixed"/>
        <w:tblLook w:firstColumn="1" w:firstRow="1" w:lastColumn="0" w:lastRow="0" w:noHBand="0" w:noVBand="1" w:val="04A0"/>
        <w:jc w:val="left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5100"/>
        <w:gridCol w:w="5100"/>
      </w:tblGrid>
      <w:tr>
        <w:tc>
          <w:tcPr>
            <w:tcW w:type="dxa" w:w="4932"/>
            <w:shd w:val="clear" w:fill="F6F8FA"/>
          </w:tcPr>
          <w:p>
            <w:r>
              <w:rPr>
                <w:rFonts w:ascii="Arial" w:hAnsi="Arial"/>
                <w:b/>
                <w:color w:val="1F2933"/>
                <w:sz w:val="18"/>
              </w:rPr>
              <w:t>DODAVATEL</w:t>
            </w:r>
          </w:p>
        </w:tc>
        <w:tc>
          <w:tcPr>
            <w:tcW w:type="dxa" w:w="4932"/>
            <w:shd w:val="clear" w:fill="F6F8FA"/>
          </w:tcPr>
          <w:p>
            <w:r>
              <w:rPr>
                <w:rFonts w:ascii="Arial" w:hAnsi="Arial"/>
                <w:b/>
                <w:color w:val="1F2933"/>
                <w:sz w:val="18"/>
              </w:rPr>
              <w:t>ODBĚRATEL</w:t>
            </w:r>
          </w:p>
        </w:tc>
      </w:tr>
      <w:tr>
        <w:tc>
          <w:tcPr>
            <w:tcW w:type="dxa" w:w="4932"/>
          </w:tcPr>
          <w:p>
            <w:r/>
          </w:p>
          <w:p>
            <w:pPr>
              <w:spacing w:after="0"/>
            </w:pPr>
            <w:r>
              <w:rPr>
                <w:rFonts w:ascii="Arial" w:hAnsi="Arial"/>
                <w:color w:val="6B7280"/>
                <w:sz w:val="15"/>
              </w:rPr>
              <w:t>Jméno a příjmení / název firmy</w:t>
            </w:r>
          </w:p>
          <w:p>
            <w:pPr>
              <w:spacing w:after="120"/>
            </w:pPr>
            <w:r>
              <w:rPr>
                <w:rFonts w:ascii="Arial" w:hAnsi="Arial"/>
                <w:color w:val="1F2933"/>
                <w:sz w:val="20"/>
              </w:rPr>
              <w:t>[ vyplňte ]</w:t>
            </w:r>
          </w:p>
          <w:p>
            <w:pPr>
              <w:spacing w:after="0"/>
            </w:pPr>
            <w:r>
              <w:rPr>
                <w:rFonts w:ascii="Arial" w:hAnsi="Arial"/>
                <w:color w:val="6B7280"/>
                <w:sz w:val="15"/>
              </w:rPr>
              <w:t>Ulice a číslo popisné</w:t>
            </w:r>
          </w:p>
          <w:p>
            <w:pPr>
              <w:spacing w:after="120"/>
            </w:pPr>
            <w:r>
              <w:rPr>
                <w:rFonts w:ascii="Arial" w:hAnsi="Arial"/>
                <w:color w:val="1F2933"/>
                <w:sz w:val="20"/>
              </w:rPr>
              <w:t>[ vyplňte ]</w:t>
            </w:r>
          </w:p>
          <w:p>
            <w:pPr>
              <w:spacing w:after="0"/>
            </w:pPr>
            <w:r>
              <w:rPr>
                <w:rFonts w:ascii="Arial" w:hAnsi="Arial"/>
                <w:color w:val="6B7280"/>
                <w:sz w:val="15"/>
              </w:rPr>
              <w:t>PSČ a město</w:t>
            </w:r>
          </w:p>
          <w:p>
            <w:pPr>
              <w:spacing w:after="120"/>
            </w:pPr>
            <w:r>
              <w:rPr>
                <w:rFonts w:ascii="Arial" w:hAnsi="Arial"/>
                <w:color w:val="1F2933"/>
                <w:sz w:val="20"/>
              </w:rPr>
              <w:t>[ vyplňte ]</w:t>
            </w:r>
          </w:p>
          <w:p>
            <w:pPr>
              <w:spacing w:after="0"/>
            </w:pPr>
            <w:r>
              <w:rPr>
                <w:rFonts w:ascii="Arial" w:hAnsi="Arial"/>
                <w:color w:val="6B7280"/>
                <w:sz w:val="15"/>
              </w:rPr>
              <w:t>IČO</w:t>
            </w:r>
          </w:p>
          <w:p>
            <w:pPr>
              <w:spacing w:after="120"/>
            </w:pPr>
            <w:r>
              <w:rPr>
                <w:rFonts w:ascii="Arial" w:hAnsi="Arial"/>
                <w:color w:val="1F2933"/>
                <w:sz w:val="20"/>
              </w:rPr>
              <w:t>[ vyplňte ]</w:t>
            </w:r>
          </w:p>
          <w:p>
            <w:pPr>
              <w:spacing w:after="0"/>
            </w:pPr>
            <w:r>
              <w:rPr>
                <w:rFonts w:ascii="Arial" w:hAnsi="Arial"/>
                <w:color w:val="6B7280"/>
                <w:sz w:val="15"/>
              </w:rPr>
              <w:t>DIČ</w:t>
            </w:r>
          </w:p>
          <w:p>
            <w:pPr>
              <w:spacing w:after="120"/>
            </w:pPr>
            <w:r>
              <w:rPr>
                <w:rFonts w:ascii="Arial" w:hAnsi="Arial"/>
                <w:color w:val="1F2933"/>
                <w:sz w:val="20"/>
              </w:rPr>
              <w:t>[ vyplňte ]</w:t>
            </w:r>
          </w:p>
          <w:p>
            <w:pPr>
              <w:spacing w:after="0"/>
            </w:pPr>
            <w:r>
              <w:rPr>
                <w:rFonts w:ascii="Arial" w:hAnsi="Arial"/>
                <w:color w:val="6B7280"/>
                <w:sz w:val="15"/>
              </w:rPr>
              <w:t>Údaj o zápisu v obchodním nebo živnostenském rejstříku</w:t>
            </w:r>
          </w:p>
          <w:p>
            <w:pPr>
              <w:spacing w:after="120"/>
            </w:pPr>
            <w:r>
              <w:rPr>
                <w:rFonts w:ascii="Arial" w:hAnsi="Arial"/>
                <w:color w:val="1F2933"/>
                <w:sz w:val="20"/>
              </w:rPr>
              <w:t>[ vyplňte ]</w:t>
            </w:r>
          </w:p>
        </w:tc>
        <w:tc>
          <w:tcPr>
            <w:tcW w:type="dxa" w:w="4932"/>
          </w:tcPr>
          <w:p>
            <w:r/>
          </w:p>
          <w:p>
            <w:pPr>
              <w:spacing w:after="0"/>
            </w:pPr>
            <w:r>
              <w:rPr>
                <w:rFonts w:ascii="Arial" w:hAnsi="Arial"/>
                <w:color w:val="6B7280"/>
                <w:sz w:val="15"/>
              </w:rPr>
              <w:t>Jméno a příjmení / název firmy</w:t>
            </w:r>
          </w:p>
          <w:p>
            <w:pPr>
              <w:spacing w:after="120"/>
            </w:pPr>
            <w:r>
              <w:rPr>
                <w:rFonts w:ascii="Arial" w:hAnsi="Arial"/>
                <w:color w:val="1F2933"/>
                <w:sz w:val="20"/>
              </w:rPr>
              <w:t>[ vyplňte ]</w:t>
            </w:r>
          </w:p>
          <w:p>
            <w:pPr>
              <w:spacing w:after="0"/>
            </w:pPr>
            <w:r>
              <w:rPr>
                <w:rFonts w:ascii="Arial" w:hAnsi="Arial"/>
                <w:color w:val="6B7280"/>
                <w:sz w:val="15"/>
              </w:rPr>
              <w:t>Ulice a číslo popisné</w:t>
            </w:r>
          </w:p>
          <w:p>
            <w:pPr>
              <w:spacing w:after="120"/>
            </w:pPr>
            <w:r>
              <w:rPr>
                <w:rFonts w:ascii="Arial" w:hAnsi="Arial"/>
                <w:color w:val="1F2933"/>
                <w:sz w:val="20"/>
              </w:rPr>
              <w:t>[ vyplňte ]</w:t>
            </w:r>
          </w:p>
          <w:p>
            <w:pPr>
              <w:spacing w:after="0"/>
            </w:pPr>
            <w:r>
              <w:rPr>
                <w:rFonts w:ascii="Arial" w:hAnsi="Arial"/>
                <w:color w:val="6B7280"/>
                <w:sz w:val="15"/>
              </w:rPr>
              <w:t>PSČ a město</w:t>
            </w:r>
          </w:p>
          <w:p>
            <w:pPr>
              <w:spacing w:after="120"/>
            </w:pPr>
            <w:r>
              <w:rPr>
                <w:rFonts w:ascii="Arial" w:hAnsi="Arial"/>
                <w:color w:val="1F2933"/>
                <w:sz w:val="20"/>
              </w:rPr>
              <w:t>[ vyplňte ]</w:t>
            </w:r>
          </w:p>
          <w:p>
            <w:pPr>
              <w:spacing w:after="0"/>
            </w:pPr>
            <w:r>
              <w:rPr>
                <w:rFonts w:ascii="Arial" w:hAnsi="Arial"/>
                <w:color w:val="6B7280"/>
                <w:sz w:val="15"/>
              </w:rPr>
              <w:t>IČO</w:t>
            </w:r>
          </w:p>
          <w:p>
            <w:pPr>
              <w:spacing w:after="120"/>
            </w:pPr>
            <w:r>
              <w:rPr>
                <w:rFonts w:ascii="Arial" w:hAnsi="Arial"/>
                <w:color w:val="1F2933"/>
                <w:sz w:val="20"/>
              </w:rPr>
              <w:t>[ vyplňte ]</w:t>
            </w:r>
          </w:p>
          <w:p>
            <w:pPr>
              <w:spacing w:after="0"/>
            </w:pPr>
            <w:r>
              <w:rPr>
                <w:rFonts w:ascii="Arial" w:hAnsi="Arial"/>
                <w:color w:val="6B7280"/>
                <w:sz w:val="15"/>
              </w:rPr>
              <w:t>DIČ (jen je-li odběratel plátce DPH)</w:t>
            </w:r>
          </w:p>
          <w:p>
            <w:pPr>
              <w:spacing w:after="120"/>
            </w:pPr>
            <w:r>
              <w:rPr>
                <w:rFonts w:ascii="Arial" w:hAnsi="Arial"/>
                <w:color w:val="1F2933"/>
                <w:sz w:val="20"/>
              </w:rPr>
              <w:t>[ vyplňte ]</w:t>
            </w:r>
          </w:p>
        </w:tc>
      </w:tr>
    </w:tbl>
    <w:p>
      <w:pPr>
        <w:spacing w:before="200" w:after="80"/>
      </w:pPr>
      <w:r>
        <w:rPr>
          <w:rFonts w:ascii="Arial" w:hAnsi="Arial"/>
          <w:b/>
          <w:color w:val="1F2933"/>
          <w:sz w:val="18"/>
        </w:rPr>
        <w:t>DATUMY A PLATEBNÍ ÚDAJE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400"/>
        <w:gridCol w:w="3400"/>
        <w:gridCol w:w="3400"/>
      </w:tblGrid>
      <w:tr>
        <w:tc>
          <w:tcPr>
            <w:tcW w:type="dxa" w:w="3288"/>
          </w:tcPr>
          <w:p>
            <w:pPr>
              <w:spacing w:after="20"/>
            </w:pPr>
            <w:r>
              <w:rPr>
                <w:rFonts w:ascii="Arial" w:hAnsi="Arial"/>
                <w:color w:val="6B7280"/>
                <w:sz w:val="15"/>
              </w:rPr>
              <w:t>Datum vystavení</w:t>
            </w:r>
          </w:p>
        </w:tc>
        <w:tc>
          <w:tcPr>
            <w:tcW w:type="dxa" w:w="3288"/>
          </w:tcPr>
          <w:p>
            <w:pPr>
              <w:spacing w:after="20"/>
            </w:pPr>
            <w:r>
              <w:rPr>
                <w:rFonts w:ascii="Arial" w:hAnsi="Arial"/>
                <w:color w:val="6B7280"/>
                <w:sz w:val="15"/>
              </w:rPr>
              <w:t>Datum splatnosti</w:t>
            </w:r>
          </w:p>
        </w:tc>
        <w:tc>
          <w:tcPr>
            <w:tcW w:type="dxa" w:w="3288"/>
          </w:tcPr>
          <w:p>
            <w:pPr>
              <w:spacing w:after="20"/>
            </w:pPr>
            <w:r>
              <w:rPr>
                <w:rFonts w:ascii="Arial" w:hAnsi="Arial"/>
                <w:color w:val="6B7280"/>
                <w:sz w:val="15"/>
              </w:rPr>
              <w:t>Datum zdanitelného plnění (DUZP)</w:t>
            </w:r>
          </w:p>
        </w:tc>
      </w:tr>
      <w:tr>
        <w:tc>
          <w:tcPr>
            <w:tcW w:type="dxa" w:w="3288"/>
          </w:tcPr>
          <w:p>
            <w:r/>
          </w:p>
          <w:p>
            <w:pPr>
              <w:spacing w:after="120"/>
            </w:pPr>
            <w:r>
              <w:rPr>
                <w:rFonts w:ascii="Arial" w:hAnsi="Arial"/>
                <w:color w:val="1F2933"/>
                <w:sz w:val="20"/>
              </w:rPr>
              <w:t>[ vyplňte ]</w:t>
            </w:r>
          </w:p>
        </w:tc>
        <w:tc>
          <w:tcPr>
            <w:tcW w:type="dxa" w:w="3288"/>
          </w:tcPr>
          <w:p>
            <w:r/>
          </w:p>
          <w:p>
            <w:pPr>
              <w:spacing w:after="120"/>
            </w:pPr>
            <w:r>
              <w:rPr>
                <w:rFonts w:ascii="Arial" w:hAnsi="Arial"/>
                <w:color w:val="1F2933"/>
                <w:sz w:val="20"/>
              </w:rPr>
              <w:t>[ vyplňte ]</w:t>
            </w:r>
          </w:p>
        </w:tc>
        <w:tc>
          <w:tcPr>
            <w:tcW w:type="dxa" w:w="3288"/>
          </w:tcPr>
          <w:p>
            <w:r/>
          </w:p>
          <w:p>
            <w:pPr>
              <w:spacing w:after="120"/>
            </w:pPr>
            <w:r>
              <w:rPr>
                <w:rFonts w:ascii="Arial" w:hAnsi="Arial"/>
                <w:color w:val="1F2933"/>
                <w:sz w:val="20"/>
              </w:rPr>
              <w:t>[ vyplňte ]</w:t>
            </w:r>
          </w:p>
        </w:tc>
      </w:tr>
      <w:tr>
        <w:tc>
          <w:tcPr>
            <w:tcW w:type="dxa" w:w="3288"/>
          </w:tcPr>
          <w:p>
            <w:pPr>
              <w:spacing w:after="20"/>
            </w:pPr>
            <w:r>
              <w:rPr>
                <w:rFonts w:ascii="Arial" w:hAnsi="Arial"/>
                <w:color w:val="6B7280"/>
                <w:sz w:val="15"/>
              </w:rPr>
              <w:t>Způsob platby</w:t>
            </w:r>
          </w:p>
        </w:tc>
        <w:tc>
          <w:tcPr>
            <w:tcW w:type="dxa" w:w="3288"/>
          </w:tcPr>
          <w:p>
            <w:pPr>
              <w:spacing w:after="20"/>
            </w:pPr>
            <w:r>
              <w:rPr>
                <w:rFonts w:ascii="Arial" w:hAnsi="Arial"/>
                <w:color w:val="6B7280"/>
                <w:sz w:val="15"/>
              </w:rPr>
              <w:t>Číslo účtu</w:t>
            </w:r>
          </w:p>
        </w:tc>
        <w:tc>
          <w:tcPr>
            <w:tcW w:type="dxa" w:w="3288"/>
          </w:tcPr>
          <w:p>
            <w:pPr>
              <w:spacing w:after="20"/>
            </w:pPr>
            <w:r>
              <w:rPr>
                <w:rFonts w:ascii="Arial" w:hAnsi="Arial"/>
                <w:color w:val="6B7280"/>
                <w:sz w:val="15"/>
              </w:rPr>
              <w:t>Variabilní symbol</w:t>
            </w:r>
          </w:p>
        </w:tc>
      </w:tr>
      <w:tr>
        <w:tc>
          <w:tcPr>
            <w:tcW w:type="dxa" w:w="3288"/>
          </w:tcPr>
          <w:p>
            <w:r/>
          </w:p>
          <w:p>
            <w:pPr>
              <w:spacing w:after="120"/>
            </w:pPr>
            <w:r>
              <w:rPr>
                <w:rFonts w:ascii="Arial" w:hAnsi="Arial"/>
                <w:color w:val="1F2933"/>
                <w:sz w:val="20"/>
              </w:rPr>
              <w:t>[ bankovní převod ]</w:t>
            </w:r>
          </w:p>
        </w:tc>
        <w:tc>
          <w:tcPr>
            <w:tcW w:type="dxa" w:w="3288"/>
          </w:tcPr>
          <w:p>
            <w:r/>
          </w:p>
          <w:p>
            <w:pPr>
              <w:spacing w:after="120"/>
            </w:pPr>
            <w:r>
              <w:rPr>
                <w:rFonts w:ascii="Arial" w:hAnsi="Arial"/>
                <w:color w:val="1F2933"/>
                <w:sz w:val="20"/>
              </w:rPr>
              <w:t>[ vyplňte ]</w:t>
            </w:r>
          </w:p>
        </w:tc>
        <w:tc>
          <w:tcPr>
            <w:tcW w:type="dxa" w:w="3288"/>
          </w:tcPr>
          <w:p>
            <w:r/>
          </w:p>
          <w:p>
            <w:pPr>
              <w:spacing w:after="120"/>
            </w:pPr>
            <w:r>
              <w:rPr>
                <w:rFonts w:ascii="Arial" w:hAnsi="Arial"/>
                <w:color w:val="1F2933"/>
                <w:sz w:val="20"/>
              </w:rPr>
              <w:t>[ nejčastěji shodný s číslem faktury ]</w:t>
            </w:r>
          </w:p>
        </w:tc>
      </w:tr>
    </w:tbl>
    <w:p>
      <w:pPr>
        <w:spacing w:before="200" w:after="80"/>
      </w:pPr>
      <w:r>
        <w:rPr>
          <w:rFonts w:ascii="Arial" w:hAnsi="Arial"/>
          <w:b/>
          <w:color w:val="1F2933"/>
          <w:sz w:val="18"/>
        </w:rPr>
        <w:t>FAKTUROVANÉ POLOŽKY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  <w:tblLayout w:type="fixed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3572"/>
            <w:shd w:val="clear" w:fill="F6F8FA"/>
          </w:tcPr>
          <w:p>
            <w:r>
              <w:rPr>
                <w:rFonts w:ascii="Arial" w:hAnsi="Arial"/>
                <w:b/>
                <w:color w:val="1F2933"/>
                <w:sz w:val="16"/>
              </w:rPr>
              <w:t>Popis plnění</w:t>
            </w:r>
          </w:p>
        </w:tc>
        <w:tc>
          <w:tcPr>
            <w:tcW w:type="dxa" w:w="1247"/>
            <w:shd w:val="clear" w:fill="F6F8FA"/>
          </w:tcPr>
          <w:p>
            <w:r>
              <w:rPr>
                <w:rFonts w:ascii="Arial" w:hAnsi="Arial"/>
                <w:b/>
                <w:color w:val="1F2933"/>
                <w:sz w:val="16"/>
              </w:rPr>
              <w:t>Množství</w:t>
            </w:r>
          </w:p>
        </w:tc>
        <w:tc>
          <w:tcPr>
            <w:tcW w:type="dxa" w:w="1928"/>
            <w:shd w:val="clear" w:fill="F6F8FA"/>
          </w:tcPr>
          <w:p>
            <w:r>
              <w:rPr>
                <w:rFonts w:ascii="Arial" w:hAnsi="Arial"/>
                <w:b/>
                <w:color w:val="1F2933"/>
                <w:sz w:val="16"/>
              </w:rPr>
              <w:t>Cena za j. bez DPH</w:t>
            </w:r>
          </w:p>
        </w:tc>
        <w:tc>
          <w:tcPr>
            <w:tcW w:type="dxa" w:w="1304"/>
            <w:shd w:val="clear" w:fill="F6F8FA"/>
          </w:tcPr>
          <w:p>
            <w:r>
              <w:rPr>
                <w:rFonts w:ascii="Arial" w:hAnsi="Arial"/>
                <w:b/>
                <w:color w:val="1F2933"/>
                <w:sz w:val="16"/>
              </w:rPr>
              <w:t>Sazba DPH</w:t>
            </w:r>
          </w:p>
        </w:tc>
        <w:tc>
          <w:tcPr>
            <w:tcW w:type="dxa" w:w="1814"/>
            <w:shd w:val="clear" w:fill="F6F8FA"/>
          </w:tcPr>
          <w:p>
            <w:r>
              <w:rPr>
                <w:rFonts w:ascii="Arial" w:hAnsi="Arial"/>
                <w:b/>
                <w:color w:val="1F2933"/>
                <w:sz w:val="16"/>
              </w:rPr>
              <w:t>Celkem bez DPH</w:t>
            </w:r>
          </w:p>
        </w:tc>
      </w:tr>
      <w:tr>
        <w:tc>
          <w:tcPr>
            <w:tcW w:type="dxa" w:w="3572"/>
          </w:tcPr>
          <w:p>
            <w:r>
              <w:rPr>
                <w:rFonts w:ascii="Arial" w:hAnsi="Arial"/>
                <w:color w:val="1F2933"/>
                <w:sz w:val="19"/>
              </w:rPr>
              <w:t>[ vyplňte ]</w:t>
            </w:r>
          </w:p>
        </w:tc>
        <w:tc>
          <w:tcPr>
            <w:tcW w:type="dxa" w:w="1247"/>
          </w:tcPr>
          <w:p>
            <w:r>
              <w:rPr>
                <w:rFonts w:ascii="Arial" w:hAnsi="Arial"/>
                <w:color w:val="1F2933"/>
                <w:sz w:val="19"/>
              </w:rPr>
            </w:r>
          </w:p>
        </w:tc>
        <w:tc>
          <w:tcPr>
            <w:tcW w:type="dxa" w:w="1928"/>
          </w:tcPr>
          <w:p>
            <w:r>
              <w:rPr>
                <w:rFonts w:ascii="Arial" w:hAnsi="Arial"/>
                <w:color w:val="1F2933"/>
                <w:sz w:val="19"/>
              </w:rPr>
            </w:r>
          </w:p>
        </w:tc>
        <w:tc>
          <w:tcPr>
            <w:tcW w:type="dxa" w:w="1304"/>
          </w:tcPr>
          <w:p>
            <w:r>
              <w:rPr>
                <w:rFonts w:ascii="Arial" w:hAnsi="Arial"/>
                <w:color w:val="1F2933"/>
                <w:sz w:val="19"/>
              </w:rPr>
            </w:r>
          </w:p>
        </w:tc>
        <w:tc>
          <w:tcPr>
            <w:tcW w:type="dxa" w:w="1814"/>
          </w:tcPr>
          <w:p>
            <w:r>
              <w:rPr>
                <w:rFonts w:ascii="Arial" w:hAnsi="Arial"/>
                <w:color w:val="1F2933"/>
                <w:sz w:val="19"/>
              </w:rPr>
            </w:r>
          </w:p>
        </w:tc>
      </w:tr>
      <w:tr>
        <w:tc>
          <w:tcPr>
            <w:tcW w:type="dxa" w:w="3572"/>
          </w:tcPr>
          <w:p>
            <w:r>
              <w:rPr>
                <w:rFonts w:ascii="Arial" w:hAnsi="Arial"/>
                <w:color w:val="1F2933"/>
                <w:sz w:val="19"/>
              </w:rPr>
              <w:t>[ vyplňte ]</w:t>
            </w:r>
          </w:p>
        </w:tc>
        <w:tc>
          <w:tcPr>
            <w:tcW w:type="dxa" w:w="1247"/>
          </w:tcPr>
          <w:p>
            <w:r>
              <w:rPr>
                <w:rFonts w:ascii="Arial" w:hAnsi="Arial"/>
                <w:color w:val="1F2933"/>
                <w:sz w:val="19"/>
              </w:rPr>
            </w:r>
          </w:p>
        </w:tc>
        <w:tc>
          <w:tcPr>
            <w:tcW w:type="dxa" w:w="1928"/>
          </w:tcPr>
          <w:p>
            <w:r>
              <w:rPr>
                <w:rFonts w:ascii="Arial" w:hAnsi="Arial"/>
                <w:color w:val="1F2933"/>
                <w:sz w:val="19"/>
              </w:rPr>
            </w:r>
          </w:p>
        </w:tc>
        <w:tc>
          <w:tcPr>
            <w:tcW w:type="dxa" w:w="1304"/>
          </w:tcPr>
          <w:p>
            <w:r>
              <w:rPr>
                <w:rFonts w:ascii="Arial" w:hAnsi="Arial"/>
                <w:color w:val="1F2933"/>
                <w:sz w:val="19"/>
              </w:rPr>
            </w:r>
          </w:p>
        </w:tc>
        <w:tc>
          <w:tcPr>
            <w:tcW w:type="dxa" w:w="1814"/>
          </w:tcPr>
          <w:p>
            <w:r>
              <w:rPr>
                <w:rFonts w:ascii="Arial" w:hAnsi="Arial"/>
                <w:color w:val="1F2933"/>
                <w:sz w:val="19"/>
              </w:rPr>
            </w:r>
          </w:p>
        </w:tc>
      </w:tr>
      <w:tr>
        <w:tc>
          <w:tcPr>
            <w:tcW w:type="dxa" w:w="3572"/>
          </w:tcPr>
          <w:p>
            <w:r>
              <w:rPr>
                <w:rFonts w:ascii="Arial" w:hAnsi="Arial"/>
                <w:color w:val="1F2933"/>
                <w:sz w:val="19"/>
              </w:rPr>
              <w:t>[ vyplňte ]</w:t>
            </w:r>
          </w:p>
        </w:tc>
        <w:tc>
          <w:tcPr>
            <w:tcW w:type="dxa" w:w="1247"/>
          </w:tcPr>
          <w:p>
            <w:r>
              <w:rPr>
                <w:rFonts w:ascii="Arial" w:hAnsi="Arial"/>
                <w:color w:val="1F2933"/>
                <w:sz w:val="19"/>
              </w:rPr>
            </w:r>
          </w:p>
        </w:tc>
        <w:tc>
          <w:tcPr>
            <w:tcW w:type="dxa" w:w="1928"/>
          </w:tcPr>
          <w:p>
            <w:r>
              <w:rPr>
                <w:rFonts w:ascii="Arial" w:hAnsi="Arial"/>
                <w:color w:val="1F2933"/>
                <w:sz w:val="19"/>
              </w:rPr>
            </w:r>
          </w:p>
        </w:tc>
        <w:tc>
          <w:tcPr>
            <w:tcW w:type="dxa" w:w="1304"/>
          </w:tcPr>
          <w:p>
            <w:r>
              <w:rPr>
                <w:rFonts w:ascii="Arial" w:hAnsi="Arial"/>
                <w:color w:val="1F2933"/>
                <w:sz w:val="19"/>
              </w:rPr>
            </w:r>
          </w:p>
        </w:tc>
        <w:tc>
          <w:tcPr>
            <w:tcW w:type="dxa" w:w="1814"/>
          </w:tcPr>
          <w:p>
            <w:r>
              <w:rPr>
                <w:rFonts w:ascii="Arial" w:hAnsi="Arial"/>
                <w:color w:val="1F2933"/>
                <w:sz w:val="19"/>
              </w:rPr>
            </w:r>
          </w:p>
        </w:tc>
      </w:tr>
      <w:tr>
        <w:tc>
          <w:tcPr>
            <w:tcW w:type="dxa" w:w="3572"/>
          </w:tcPr>
          <w:p>
            <w:r>
              <w:rPr>
                <w:rFonts w:ascii="Arial" w:hAnsi="Arial"/>
                <w:color w:val="1F2933"/>
                <w:sz w:val="19"/>
              </w:rPr>
              <w:t>[ vyplňte ]</w:t>
            </w:r>
          </w:p>
        </w:tc>
        <w:tc>
          <w:tcPr>
            <w:tcW w:type="dxa" w:w="1247"/>
          </w:tcPr>
          <w:p>
            <w:r>
              <w:rPr>
                <w:rFonts w:ascii="Arial" w:hAnsi="Arial"/>
                <w:color w:val="1F2933"/>
                <w:sz w:val="19"/>
              </w:rPr>
            </w:r>
          </w:p>
        </w:tc>
        <w:tc>
          <w:tcPr>
            <w:tcW w:type="dxa" w:w="1928"/>
          </w:tcPr>
          <w:p>
            <w:r>
              <w:rPr>
                <w:rFonts w:ascii="Arial" w:hAnsi="Arial"/>
                <w:color w:val="1F2933"/>
                <w:sz w:val="19"/>
              </w:rPr>
            </w:r>
          </w:p>
        </w:tc>
        <w:tc>
          <w:tcPr>
            <w:tcW w:type="dxa" w:w="1304"/>
          </w:tcPr>
          <w:p>
            <w:r>
              <w:rPr>
                <w:rFonts w:ascii="Arial" w:hAnsi="Arial"/>
                <w:color w:val="1F2933"/>
                <w:sz w:val="19"/>
              </w:rPr>
            </w:r>
          </w:p>
        </w:tc>
        <w:tc>
          <w:tcPr>
            <w:tcW w:type="dxa" w:w="1814"/>
          </w:tcPr>
          <w:p>
            <w:r>
              <w:rPr>
                <w:rFonts w:ascii="Arial" w:hAnsi="Arial"/>
                <w:color w:val="1F2933"/>
                <w:sz w:val="19"/>
              </w:rPr>
            </w:r>
          </w:p>
        </w:tc>
      </w:tr>
    </w:tbl>
    <w:p>
      <w:pPr>
        <w:spacing w:before="200" w:after="80"/>
      </w:pPr>
      <w:r>
        <w:rPr>
          <w:rFonts w:ascii="Arial" w:hAnsi="Arial"/>
          <w:b/>
          <w:color w:val="1F2933"/>
          <w:sz w:val="18"/>
        </w:rPr>
        <w:t>REKAPITULACE DPH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  <w:tblLayout w:type="fixed"/>
      </w:tblPr>
      <w:tblGrid>
        <w:gridCol w:w="3400"/>
        <w:gridCol w:w="3400"/>
        <w:gridCol w:w="3400"/>
      </w:tblGrid>
      <w:tr>
        <w:tc>
          <w:tcPr>
            <w:tcW w:type="dxa" w:w="3288"/>
            <w:shd w:val="clear" w:fill="F6F8FA"/>
          </w:tcPr>
          <w:p>
            <w:r>
              <w:rPr>
                <w:rFonts w:ascii="Arial" w:hAnsi="Arial"/>
                <w:b/>
                <w:color w:val="1F2933"/>
                <w:sz w:val="16"/>
              </w:rPr>
              <w:t>Základ daně</w:t>
            </w:r>
          </w:p>
        </w:tc>
        <w:tc>
          <w:tcPr>
            <w:tcW w:type="dxa" w:w="3288"/>
            <w:shd w:val="clear" w:fill="F6F8FA"/>
          </w:tcPr>
          <w:p>
            <w:r>
              <w:rPr>
                <w:rFonts w:ascii="Arial" w:hAnsi="Arial"/>
                <w:b/>
                <w:color w:val="1F2933"/>
                <w:sz w:val="16"/>
              </w:rPr>
              <w:t>Sazba daně (21 % / 12 %)</w:t>
            </w:r>
          </w:p>
        </w:tc>
        <w:tc>
          <w:tcPr>
            <w:tcW w:type="dxa" w:w="3288"/>
            <w:shd w:val="clear" w:fill="F6F8FA"/>
          </w:tcPr>
          <w:p>
            <w:r>
              <w:rPr>
                <w:rFonts w:ascii="Arial" w:hAnsi="Arial"/>
                <w:b/>
                <w:color w:val="1F2933"/>
                <w:sz w:val="16"/>
              </w:rPr>
              <w:t>Výše daně</w:t>
            </w:r>
          </w:p>
        </w:tc>
      </w:tr>
      <w:tr>
        <w:tc>
          <w:tcPr>
            <w:tcW w:type="dxa" w:w="3288"/>
          </w:tcPr>
          <w:p>
            <w:r>
              <w:rPr>
                <w:rFonts w:ascii="Arial" w:hAnsi="Arial"/>
                <w:sz w:val="19"/>
              </w:rPr>
              <w:t>[ vyplňte ]</w:t>
            </w:r>
          </w:p>
        </w:tc>
        <w:tc>
          <w:tcPr>
            <w:tcW w:type="dxa" w:w="3288"/>
          </w:tcPr>
          <w:p>
            <w:r>
              <w:rPr>
                <w:rFonts w:ascii="Arial" w:hAnsi="Arial"/>
                <w:sz w:val="19"/>
              </w:rPr>
              <w:t>[ vyplňte ]</w:t>
            </w:r>
          </w:p>
        </w:tc>
        <w:tc>
          <w:tcPr>
            <w:tcW w:type="dxa" w:w="3288"/>
          </w:tcPr>
          <w:p>
            <w:r>
              <w:rPr>
                <w:rFonts w:ascii="Arial" w:hAnsi="Arial"/>
                <w:sz w:val="19"/>
              </w:rPr>
              <w:t>[ vyplňte ]</w:t>
            </w:r>
          </w:p>
        </w:tc>
      </w:tr>
    </w:tbl>
    <w:p>
      <w:pPr>
        <w:spacing w:before="240"/>
        <w:jc w:val="right"/>
      </w:pPr>
      <w:r>
        <w:rPr>
          <w:rFonts w:ascii="Arial" w:hAnsi="Arial"/>
          <w:b/>
          <w:color w:val="1F2933"/>
          <w:sz w:val="26"/>
        </w:rPr>
        <w:t xml:space="preserve">CELKEM K ÚHRADĚ včetně DPH:  </w:t>
      </w:r>
      <w:r>
        <w:rPr>
          <w:rFonts w:ascii="Arial" w:hAnsi="Arial"/>
          <w:b/>
          <w:color w:val="1F2933"/>
          <w:sz w:val="26"/>
        </w:rPr>
        <w:t>[ vyplňte ]</w:t>
      </w:r>
    </w:p>
    <w:p>
      <w:pPr>
        <w:spacing w:after="0"/>
      </w:pPr>
      <w:r>
        <w:rPr>
          <w:rFonts w:ascii="Arial" w:hAnsi="Arial"/>
          <w:color w:val="6B7280"/>
          <w:sz w:val="15"/>
        </w:rPr>
        <w:t>Razítko ani podpis zákon u faktury nevyžaduje. Vzor odpovídá § 29 zákona o DPH.</w:t>
      </w:r>
    </w:p>
    <w:p>
      <w:pPr>
        <w:spacing w:after="0"/>
      </w:pPr>
      <w:r>
        <w:rPr>
          <w:rFonts w:ascii="Arial" w:hAnsi="Arial"/>
          <w:color w:val="6B7280"/>
          <w:sz w:val="15"/>
        </w:rPr>
        <w:t>Vzor ke stažení zdarma – fakturyon.cz/clanky/vzor-faktury/</w:t>
      </w:r>
    </w:p>
    <w:sectPr w:rsidR="00FC693F" w:rsidRPr="0006063C" w:rsidSect="00034616"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faktury – plátce DPH</dc:title>
  <dc:subject/>
  <dc:creator>Fakturyon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